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166"/>
      </w:tblGrid>
      <w:tr>
        <w:tc>
          <w:tcPr>
            <w:tcW w:type="dxa" w:w="10166"/>
            <w:shd w:fill="FFD400"/>
          </w:tcPr>
          <w:p>
            <w:pPr>
              <w:jc w:val="center"/>
            </w:pPr>
            <w:r>
              <w:rPr>
                <w:rFonts w:ascii="Arial" w:hAnsi="Arial"/>
                <w:b/>
                <w:color w:val="000000"/>
                <w:sz w:val="20"/>
              </w:rPr>
              <w:t>LOOK UP LOOK OUT  |  National Safety Campaign  |  Use it. Share it. Save a Life.</w:t>
            </w:r>
          </w:p>
        </w:tc>
      </w:tr>
    </w:tbl>
    <w:p>
      <w:pPr>
        <w:jc w:val="center"/>
      </w:pPr>
      <w:r>
        <w:rPr>
          <w:rFonts w:ascii="Arial" w:hAnsi="Arial"/>
          <w:b/>
          <w:sz w:val="40"/>
        </w:rPr>
        <w:t>Write to your MP</w:t>
      </w:r>
    </w:p>
    <w:p>
      <w:pPr>
        <w:jc w:val="center"/>
      </w:pPr>
      <w:r>
        <w:rPr>
          <w:rFonts w:ascii="Arial" w:hAnsi="Arial"/>
          <w:b/>
          <w:sz w:val="28"/>
        </w:rPr>
        <w:t>Template letter/email and MP contact directory</w:t>
      </w:r>
    </w:p>
    <w:p>
      <w:pPr>
        <w:jc w:val="center"/>
      </w:pPr>
      <w:r>
        <w:rPr>
          <w:rFonts w:ascii="Arial" w:hAnsi="Arial"/>
          <w:i/>
          <w:sz w:val="21"/>
        </w:rPr>
        <w:t>For constituents concerned about conductive high-reach poles, overhead power-line danger and public safety.</w:t>
      </w:r>
    </w:p>
    <w:tbl>
      <w:tblPr>
        <w:tblW w:type="auto" w:w="0"/>
        <w:jc w:val="center"/>
        <w:tblLook w:firstColumn="1" w:firstRow="1" w:lastColumn="0" w:lastRow="0" w:noHBand="0" w:noVBand="1" w:val="04A0"/>
      </w:tblPr>
      <w:tblGrid>
        <w:gridCol w:w="10166"/>
      </w:tblGrid>
      <w:tr>
        <w:tc>
          <w:tcPr>
            <w:tcW w:type="dxa" w:w="10166"/>
            <w:shd w:fill="FFF2CC"/>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p>
            <w:r>
              <w:rPr>
                <w:rFonts w:ascii="Arial" w:hAnsi="Arial"/>
                <w:b/>
                <w:sz w:val="24"/>
              </w:rPr>
              <w:t>How to use this document</w:t>
            </w:r>
          </w:p>
          <w:p>
            <w:pPr>
              <w:spacing w:after="60"/>
              <w:ind w:left="259" w:hanging="259"/>
            </w:pPr>
            <w:r>
              <w:rPr>
                <w:b/>
              </w:rPr>
              <w:t xml:space="preserve">• </w:t>
            </w:r>
            <w:r>
              <w:t>Find your MP in the directory at the back of this document. It is sorted by constituency.</w:t>
            </w:r>
          </w:p>
          <w:p>
            <w:pPr>
              <w:spacing w:after="60"/>
              <w:ind w:left="259" w:hanging="259"/>
            </w:pPr>
            <w:r>
              <w:rPr>
                <w:b/>
              </w:rPr>
              <w:t xml:space="preserve">• </w:t>
            </w:r>
            <w:r>
              <w:t>Copy only the letter between “COPY FROM HERE” and “STOP COPYING HERE”. Do not copy the MP directory into your email.</w:t>
            </w:r>
          </w:p>
          <w:p>
            <w:pPr>
              <w:spacing w:after="60"/>
              <w:ind w:left="259" w:hanging="259"/>
            </w:pPr>
            <w:r>
              <w:rPr>
                <w:b/>
              </w:rPr>
              <w:t xml:space="preserve">• </w:t>
            </w:r>
            <w:r>
              <w:t>Paste the letter into an email, replace [MP Name] and your personal details, then send it to your own MP.</w:t>
            </w:r>
          </w:p>
          <w:p>
            <w:pPr>
              <w:spacing w:after="60"/>
              <w:ind w:left="259" w:hanging="259"/>
            </w:pPr>
            <w:r>
              <w:rPr>
                <w:b/>
              </w:rPr>
              <w:t xml:space="preserve">• </w:t>
            </w:r>
            <w:r>
              <w:t>Always include your full name, address and postcode. MPs normally need this before they can respond as your constituency MP.</w:t>
            </w:r>
          </w:p>
          <w:p>
            <w:pPr>
              <w:spacing w:after="60"/>
              <w:ind w:left="259" w:hanging="259"/>
            </w:pPr>
            <w:r>
              <w:rPr>
                <w:b/>
              </w:rPr>
              <w:t xml:space="preserve">• </w:t>
            </w:r>
            <w:r>
              <w:t>Please personalise the first sentence if you can. A short local or personal reason helps show the email is genuine.</w:t>
            </w:r>
          </w:p>
        </w:tc>
      </w:tr>
    </w:tbl>
    <w:p>
      <w:r>
        <w:rPr>
          <w:b/>
        </w:rPr>
        <w:t xml:space="preserve">Suggested email subject: </w:t>
      </w:r>
      <w:r>
        <w:t>Urgent concern: conductive high-reach poles being sold without adequate safety controls</w:t>
      </w:r>
    </w:p>
    <w:p>
      <w:r>
        <w:rPr>
          <w:b/>
        </w:rPr>
        <w:t xml:space="preserve">MP contact directory: </w:t>
      </w:r>
      <w:r>
        <w:t>The directory begins after the letter. It is sorted by constituency and uses the latest official UK Parliament bulk contact file available when prepared. Please check Parliament’s “Find MPs” page if you are unsure or if an email is not listed.</w:t>
      </w:r>
    </w:p>
    <w:tbl>
      <w:tblPr>
        <w:tblW w:type="auto" w:w="0"/>
        <w:tblLook w:firstColumn="1" w:firstRow="1" w:lastColumn="0" w:lastRow="0" w:noHBand="0" w:noVBand="1" w:val="04A0"/>
      </w:tblPr>
      <w:tblGrid>
        <w:gridCol w:w="10166"/>
      </w:tblGrid>
      <w:tr>
        <w:tc>
          <w:tcPr>
            <w:tcW w:type="dxa" w:w="10166"/>
            <w:shd w:fill="D9EAD3"/>
            <w:tcBorders>
              <w:top w:val="single" w:sz="8" w:space="0" w:color="38761D"/>
              <w:left w:val="single" w:sz="8" w:space="0" w:color="38761D"/>
              <w:bottom w:val="single" w:sz="8" w:space="0" w:color="38761D"/>
              <w:right w:val="single" w:sz="8" w:space="0" w:color="38761D"/>
              <w:insideH w:val="single" w:sz="8" w:space="0" w:color="38761D"/>
              <w:insideV w:val="single" w:sz="8" w:space="0" w:color="38761D"/>
            </w:tcBorders>
          </w:tcPr>
          <w:p>
            <w:pPr>
              <w:jc w:val="center"/>
            </w:pPr>
            <w:r>
              <w:rPr>
                <w:rFonts w:ascii="Arial" w:hAnsi="Arial"/>
                <w:b/>
                <w:sz w:val="24"/>
              </w:rPr>
              <w:t>COPY FROM HERE</w:t>
            </w:r>
          </w:p>
        </w:tc>
      </w:tr>
    </w:tbl>
    <w:p>
      <w:r>
        <w:t>Dear [MP Name],</w:t>
      </w:r>
    </w:p>
    <w:p>
      <w:r>
        <w:t>I am writing to you as one of your constituents because I am deeply concerned about the sale of long conductive high-reach poles to workers, small traders and members of the general public without clear electrical safety controls.</w:t>
      </w:r>
    </w:p>
    <w:p>
      <w:r>
        <w:rPr>
          <w:b/>
        </w:rPr>
        <w:t>This is not only a window-cleaning issue. It is a wider public safety issue affecting ordinary constituents in every part of the country.</w:t>
      </w:r>
    </w:p>
    <w:p>
      <w:r>
        <w:t>Long water-fed poles, gutter vacuum poles, roof-cleaning poles, solar panel cleaning poles, camera poles, survey poles and other telescopic poles can now be bought online by almost anyone. They may be used by homeowners, DIY users, handymen, gardeners, small traders, new starters, roof cleaners, gutter cleaners, solar panel cleaners and window cleaners.</w:t>
      </w:r>
    </w:p>
    <w:p>
      <w:r>
        <w:t>Many of these products are made from carbon fibre, aluminium or other materials that may conduct electricity. Some can extend to significant heights. Yet in many cases, a member of the public can buy one without training, without a clear point-of-sale warning about overhead power lines, without any visible insulation information, and without any published certificate showing that the product has been independently tested for electrical safety.</w:t>
      </w:r>
    </w:p>
    <w:p>
      <w:r>
        <w:t>These products are also widely available through online marketplaces, including eBay and similar platforms. That means a long conductive pole capable of reaching overhead electricity can be bought as easily as an ordinary household item, even though the consequences can be fatal.</w:t>
      </w:r>
    </w:p>
    <w:p>
      <w:r>
        <w:rPr>
          <w:b/>
        </w:rPr>
        <w:t>There appears to be no dedicated mandatory UK standard specifically governing the electrical insulation and safety marking of telescopic cleaning poles or the wider group of long conductive high-reach poles now being sold to the public. Responsible manufacturers are doing what they can through better design, voluntary testing, clearer warnings and published evidence. Others provide little or no public safety information. That leaves a dangerous gap where safety depends too heavily on the individual seller or manufacturer.</w:t>
      </w:r>
    </w:p>
    <w:p>
      <w:r>
        <w:t>That means this danger is not confined to trained professionals. It can affect any constituent who buys or uses a long conductive pole near overhead power lines without understanding the risk.</w:t>
      </w:r>
    </w:p>
    <w:p>
      <w:r>
        <w:rPr>
          <w:b/>
        </w:rPr>
        <w:t>This is not a theoretical concern. It is a repeated pattern of deaths, life-changing injuries, burns, amputations and near-misses.</w:t>
      </w:r>
    </w:p>
    <w:p>
      <w:r>
        <w:t>In December 2025, the Rt Hon Dr Andrew Murrison MP raised this issue in Parliament after his constituent, Jason Knight, suffered life-changing injuries when a telescopic water-fed cleaning pole came close to a 33,000-volt overhead power line. The pole did not need to touch the cable. Electricity arced across the gap.</w:t>
      </w:r>
    </w:p>
    <w:p>
      <w:r>
        <w:t>Other incidents and reports now form a worrying pattern. Published and campaign-held evidence has identified fatal and serious incidents involving or connected with high-reach equipment and overhead electricity, including Daniel McFarlane, Wesley Vicary, Jason Knight, Ryan Goodwin and a further recent survivor account reported to Look Up Look Out involving Neil Moore in June 2026.</w:t>
      </w:r>
    </w:p>
    <w:p>
      <w:r>
        <w:t>Some incident details are public. Some are campaign-supplied and still require formal confirmation. That is exactly why this should not be left to bereaved families, injured survivors, community posts and campaign volunteers to piece together. The authorities should be collating, reviewing and acting on the pattern.</w:t>
      </w:r>
    </w:p>
    <w:p>
      <w:r>
        <w:t>If electricity can jump a gap, then a user does not need to make contact with an overhead line to be killed or seriously injured. A homeowner, gardener, gutter cleaner, roof cleaner, solar panel cleaner, window cleaner or small trader may have no idea that simply getting too close could be enough.</w:t>
      </w:r>
    </w:p>
    <w:p>
      <w:r>
        <w:t>There also appears to be no clear public-facing system that records how often members of the general public are injured, nearly killed or killed while using long poles, improvised pole attachments or similar high-reach equipment near overhead electricity. If these incidents are not being properly monitored, the true scale of the risk may remain hidden until another family is destroyed.</w:t>
      </w:r>
    </w:p>
    <w:p>
      <w:r>
        <w:t>Industry guidance is important, but guidance only helps people who know it exists and understand the risk before they begin. It does very little for ordinary members of the public buying long poles online with no training, no supervision and no clear warning at the point of purchase.</w:t>
      </w:r>
    </w:p>
    <w:p>
      <w:r>
        <w:rPr>
          <w:b/>
        </w:rPr>
        <w:t>The Look Up Look Out national safety campaign is trying to make people safer by sharing free guidance, raising awareness, encouraging better product transparency and helping users understand the danger before they lift a pole. But a volunteer safety campaign cannot replace proper national standards, marketplace controls, product warnings, incident monitoring or regulatory action.</w:t>
      </w:r>
    </w:p>
    <w:p>
      <w:r>
        <w:t>I am not asking for legitimate window cleaning, gutter clearing, roof cleaning, solar panel cleaning or outdoor work to be stopped. I am asking for common-sense safety controls before more families are destroyed.</w:t>
      </w:r>
    </w:p>
    <w:p>
      <w:r>
        <w:t>Please would you raise this matter with the relevant minister and ask:</w:t>
      </w:r>
    </w:p>
    <w:p>
      <w:pPr>
        <w:ind w:left="432" w:hanging="360"/>
      </w:pPr>
      <w:r>
        <w:rPr>
          <w:b/>
        </w:rPr>
        <w:t xml:space="preserve">1. </w:t>
      </w:r>
      <w:r>
        <w:t>What action is being taken to review the sale of conductive high-reach poles to the public, small traders and new users where no clear electrical safety information is provided?</w:t>
      </w:r>
    </w:p>
    <w:p>
      <w:pPr>
        <w:ind w:left="432" w:hanging="360"/>
      </w:pPr>
      <w:r>
        <w:rPr>
          <w:b/>
        </w:rPr>
        <w:t xml:space="preserve">2. </w:t>
      </w:r>
      <w:r>
        <w:t>Whether the Government will ask BSI, OPSS, HSE and Trading Standards to consider a dedicated UK standard, recognised test route or formal safety framework for telescopic cleaning poles and other long conductive high-reach poles sold for outdoor use.</w:t>
      </w:r>
    </w:p>
    <w:p>
      <w:pPr>
        <w:ind w:left="432" w:hanging="360"/>
      </w:pPr>
      <w:r>
        <w:rPr>
          <w:b/>
        </w:rPr>
        <w:t xml:space="preserve">3. </w:t>
      </w:r>
      <w:r>
        <w:t>Whether online marketplaces, including eBay and similar platforms, should be required to prevent poorly warned or uninsulated conductive high-reach poles being sold without clear overhead power-line warnings and safety information at the point of sale.</w:t>
      </w:r>
    </w:p>
    <w:p>
      <w:pPr>
        <w:ind w:left="432" w:hanging="360"/>
      </w:pPr>
      <w:r>
        <w:rPr>
          <w:b/>
        </w:rPr>
        <w:t xml:space="preserve">4. </w:t>
      </w:r>
      <w:r>
        <w:t>Whether products of this kind should be required to carry clear, durable point-of-sale and on-product warnings about overhead power lines, arcing, minimum safe distances and electrical danger.</w:t>
      </w:r>
    </w:p>
    <w:p>
      <w:pPr>
        <w:ind w:left="432" w:hanging="360"/>
      </w:pPr>
      <w:r>
        <w:rPr>
          <w:b/>
        </w:rPr>
        <w:t xml:space="preserve">5. </w:t>
      </w:r>
      <w:r>
        <w:t>Whether any product claiming enhanced insulation or electrical safety should be required to provide published independent test evidence or a recognised Certificate of Conformity.</w:t>
      </w:r>
    </w:p>
    <w:p>
      <w:pPr>
        <w:ind w:left="432" w:hanging="360"/>
      </w:pPr>
      <w:r>
        <w:rPr>
          <w:b/>
        </w:rPr>
        <w:t xml:space="preserve">6. </w:t>
      </w:r>
      <w:r>
        <w:t>Whether stronger controls should be considered for the sale of uninsulated or poorly warned conductive high-reach poles, especially where safer designs, clearer warnings, visually distinct insulated sections and published test evidence are already possible.</w:t>
      </w:r>
    </w:p>
    <w:p>
      <w:pPr>
        <w:ind w:left="432" w:hanging="360"/>
      </w:pPr>
      <w:r>
        <w:rPr>
          <w:b/>
        </w:rPr>
        <w:t xml:space="preserve">7. </w:t>
      </w:r>
      <w:r>
        <w:t>Whether a national incident-review process is needed to collate relevant data from HSE, OPSS, Trading Standards, coroners, Distribution Network Operators, emergency services, hospitals and industry sources.</w:t>
      </w:r>
    </w:p>
    <w:p>
      <w:pPr>
        <w:ind w:left="432" w:hanging="360"/>
      </w:pPr>
      <w:r>
        <w:rPr>
          <w:b/>
        </w:rPr>
        <w:t xml:space="preserve">8. </w:t>
      </w:r>
      <w:r>
        <w:t>Whether this issue should be treated not only as a workplace safety matter, but also as a consumer product safety matter, because these products are available to the general public.</w:t>
      </w:r>
    </w:p>
    <w:p>
      <w:pPr>
        <w:ind w:left="432" w:hanging="360"/>
      </w:pPr>
      <w:r>
        <w:rPr>
          <w:b/>
        </w:rPr>
        <w:t xml:space="preserve">9. </w:t>
      </w:r>
      <w:r>
        <w:t>Whether you would consider contacting or working with Dr Andrew Murrison MP, who has already raised this issue in Parliament, so MPs with affected constituents can press for a coordinated national review.</w:t>
      </w:r>
    </w:p>
    <w:p>
      <w:r>
        <w:t>No ordinary person should be able to buy a long conductive pole without being clearly warned that overhead power lines can kill, and that electricity can arc without direct contact.</w:t>
      </w:r>
    </w:p>
    <w:p>
      <w:r>
        <w:rPr>
          <w:b/>
        </w:rPr>
        <w:t>Deaths, life-changing injuries and severe electrical burns will continue until someone treats this as a national product-safety issue rather than a series of isolated accidents.</w:t>
      </w:r>
    </w:p>
    <w:p>
      <w:r>
        <w:rPr>
          <w:b/>
        </w:rPr>
        <w:t>How many more lives have to be shattered before this preventable danger is taken seriously?</w:t>
      </w:r>
    </w:p>
    <w:p>
      <w:r>
        <w:t>Please let me know whether you would be willing to raise this with ministers, OPSS, HSE, BSI, Trading Standards and online marketplaces, and whether you would support a review of the current product-safety position.</w:t>
      </w:r>
    </w:p>
    <w:p>
      <w:r>
        <w:t>Further background is available from the Look Up Look Out national safety campaign: lookuplookout.org</w:t>
      </w:r>
    </w:p>
    <w:p>
      <w:r>
        <w:t>Yours sincerely,</w:t>
      </w:r>
    </w:p>
    <w:p>
      <w:r>
        <w:t>[Full Name]</w:t>
        <w:br/>
        <w:t>[Full Address]</w:t>
        <w:br/>
        <w:t>[Postcode]</w:t>
        <w:br/>
        <w:t>[Email Address]</w:t>
        <w:br/>
        <w:t>[Telephone Number, optional]</w:t>
      </w:r>
    </w:p>
    <w:tbl>
      <w:tblPr>
        <w:tblW w:type="auto" w:w="0"/>
        <w:tblLook w:firstColumn="1" w:firstRow="1" w:lastColumn="0" w:lastRow="0" w:noHBand="0" w:noVBand="1" w:val="04A0"/>
      </w:tblPr>
      <w:tblGrid>
        <w:gridCol w:w="10166"/>
      </w:tblGrid>
      <w:tr>
        <w:tc>
          <w:tcPr>
            <w:tcW w:type="dxa" w:w="10166"/>
            <w:shd w:fill="F4CCCC"/>
            <w:tcBorders>
              <w:top w:val="single" w:sz="8" w:space="0" w:color="990000"/>
              <w:left w:val="single" w:sz="8" w:space="0" w:color="990000"/>
              <w:bottom w:val="single" w:sz="8" w:space="0" w:color="990000"/>
              <w:right w:val="single" w:sz="8" w:space="0" w:color="990000"/>
              <w:insideH w:val="single" w:sz="8" w:space="0" w:color="990000"/>
              <w:insideV w:val="single" w:sz="8" w:space="0" w:color="990000"/>
            </w:tcBorders>
          </w:tcPr>
          <w:p>
            <w:pPr>
              <w:jc w:val="center"/>
            </w:pPr>
            <w:r>
              <w:rPr>
                <w:rFonts w:ascii="Arial" w:hAnsi="Arial"/>
                <w:b/>
                <w:sz w:val="24"/>
              </w:rPr>
              <w:t>STOP COPYING HERE</w:t>
            </w:r>
          </w:p>
        </w:tc>
      </w:tr>
    </w:tbl>
    <w:p>
      <w:r>
        <w:rPr>
          <w:b/>
        </w:rPr>
        <w:t xml:space="preserve">Do not copy the MP directory below into your email. </w:t>
      </w:r>
      <w:r>
        <w:t>It is included only to help you find your own MP and their email address.</w:t>
      </w:r>
    </w:p>
    <w:p>
      <w:pPr>
        <w:sectPr>
          <w:footerReference w:type="default" r:id="rId9"/>
          <w:pgSz w:w="12240" w:h="15840"/>
          <w:pgMar w:top="936" w:right="1037" w:bottom="936" w:left="1037" w:header="720" w:footer="720" w:gutter="0"/>
          <w:cols w:space="720"/>
          <w:docGrid w:linePitch="360"/>
        </w:sectPr>
      </w:pPr>
    </w:p>
    <w:tbl>
      <w:tblPr>
        <w:tblW w:type="auto" w:w="0"/>
        <w:jc w:val="center"/>
        <w:tblLook w:firstColumn="1" w:firstRow="1" w:lastColumn="0" w:lastRow="0" w:noHBand="0" w:noVBand="1" w:val="04A0"/>
      </w:tblPr>
      <w:tblGrid>
        <w:gridCol w:w="14544"/>
      </w:tblGrid>
      <w:tr>
        <w:tc>
          <w:tcPr>
            <w:tcW w:type="dxa" w:w="14544"/>
            <w:shd w:fill="FFD400"/>
          </w:tcPr>
          <w:p>
            <w:pPr>
              <w:jc w:val="center"/>
            </w:pPr>
            <w:r>
              <w:rPr>
                <w:rFonts w:ascii="Arial" w:hAnsi="Arial"/>
                <w:b/>
                <w:color w:val="000000"/>
                <w:sz w:val="20"/>
              </w:rPr>
              <w:t>LOOK UP LOOK OUT  |  MP Contact Directory  |  Write only to your own constituency MP</w:t>
            </w:r>
          </w:p>
        </w:tc>
      </w:tr>
    </w:tbl>
    <w:p>
      <w:pPr>
        <w:jc w:val="center"/>
      </w:pPr>
      <w:r>
        <w:rPr>
          <w:rFonts w:ascii="Arial" w:hAnsi="Arial"/>
          <w:b/>
          <w:sz w:val="32"/>
        </w:rPr>
        <w:t>Find your MP and email address</w:t>
      </w:r>
    </w:p>
    <w:p>
      <w:r>
        <w:rPr>
          <w:b/>
        </w:rPr>
        <w:t xml:space="preserve">Important: </w:t>
      </w:r>
      <w:r>
        <w:t>This directory is included only to help you find your own constituency MP. Please do not copy this table into your email. If you are unsure who your MP is, check the official UK Parliament “Find MPs” page using your postcode.</w:t>
      </w:r>
    </w:p>
    <w:p>
      <w:r>
        <w:rPr>
          <w:b/>
        </w:rPr>
        <w:t xml:space="preserve">Source note: </w:t>
      </w:r>
      <w:r>
        <w:t>This directory uses the latest official UK Parliament bulk MP contact file available when prepared: April 2026 bulk CSV, reviewed for this campaign pack on 25 June 2026. Parliament notes that changes may have been made since the file was published.</w:t>
      </w:r>
    </w:p>
    <w:tbl>
      <w:tblPr>
        <w:tblW w:type="auto" w:w="0"/>
        <w:jc w:val="center"/>
        <w:tblLayout w:type="fixed"/>
        <w:tblLook w:firstColumn="1" w:firstRow="1" w:lastColumn="0" w:lastRow="0" w:noHBand="0" w:noVBand="1" w:val="04A0"/>
      </w:tblPr>
      <w:tblGrid>
        <w:gridCol w:w="3636"/>
        <w:gridCol w:w="3636"/>
        <w:gridCol w:w="3636"/>
        <w:gridCol w:w="3636"/>
      </w:tblGrid>
      <w:tr>
        <w:trPr>
          <w:tblHeader w:val="true"/>
        </w:trPr>
        <w:tc>
          <w:tcPr>
            <w:tcW w:type="dxa" w:w="4104"/>
            <w:shd w:fill="FFD400"/>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vAlign w:val="center"/>
          </w:tcPr>
          <w:p>
            <w:pPr>
              <w:jc w:val="center"/>
            </w:pPr>
            <w:r>
              <w:rPr>
                <w:rFonts w:ascii="Arial" w:hAnsi="Arial"/>
                <w:b/>
                <w:sz w:val="16"/>
              </w:rPr>
              <w:t>Constituency</w:t>
            </w:r>
          </w:p>
        </w:tc>
        <w:tc>
          <w:tcPr>
            <w:tcW w:type="dxa" w:w="3240"/>
            <w:shd w:fill="FFD400"/>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vAlign w:val="center"/>
          </w:tcPr>
          <w:p>
            <w:pPr>
              <w:jc w:val="center"/>
            </w:pPr>
            <w:r>
              <w:rPr>
                <w:rFonts w:ascii="Arial" w:hAnsi="Arial"/>
                <w:b/>
                <w:sz w:val="16"/>
              </w:rPr>
              <w:t>MP name</w:t>
            </w:r>
          </w:p>
        </w:tc>
        <w:tc>
          <w:tcPr>
            <w:tcW w:type="dxa" w:w="2232"/>
            <w:shd w:fill="FFD400"/>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vAlign w:val="center"/>
          </w:tcPr>
          <w:p>
            <w:pPr>
              <w:jc w:val="center"/>
            </w:pPr>
            <w:r>
              <w:rPr>
                <w:rFonts w:ascii="Arial" w:hAnsi="Arial"/>
                <w:b/>
                <w:sz w:val="16"/>
              </w:rPr>
              <w:t>Party</w:t>
            </w:r>
          </w:p>
        </w:tc>
        <w:tc>
          <w:tcPr>
            <w:tcW w:type="dxa" w:w="4968"/>
            <w:shd w:fill="FFD400"/>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vAlign w:val="center"/>
          </w:tcPr>
          <w:p>
            <w:pPr>
              <w:jc w:val="center"/>
            </w:pPr>
            <w:r>
              <w:rPr>
                <w:rFonts w:ascii="Arial" w:hAnsi="Arial"/>
                <w:b/>
                <w:sz w:val="16"/>
              </w:rPr>
              <w:t>Email</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Aberafan Maesteg</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Stephen Kinnock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stephen.kinnock.mp@parliament.uk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Aberdeen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Kirsty Blackman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Scottish National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kirsty.blackman.mp@parliament.uk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Aberdeen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Stephen Flynn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Scottish National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stephen.flynn.mp@parliament.uk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Aberdeenshire North and Moray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Seamus Logan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Scottish National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seamus.logan.mp@parliament.uk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Airdrie and Shotts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Kenneth Stevenson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kenneth.stevenson.mp@parliament.uk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Aldershot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 Baker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alex.baker.mp@parliament.uk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Aldridge-Brownhills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Wendy Morton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wendy.morton.mp@parliament.uk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Alloa and Grangemouth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Brian Leishman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brian.leishman.mp@parliament.uk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Altrincham and Sale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Connor Rand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connor.rand.mp@parliament.uk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Alyn and Deeside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Mark Tami</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tamim@parliament.uk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Amber Valley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Linsey Farnsworth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linsey.farnsworth.mp@parliament.uk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Angus and Perthshire Glens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Dave Doogan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Scottish National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dave.doogan.mp@parliament.uk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Arbroath and Broughty Ferry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Stephen Gethins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Scottish National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stephen.gethins.mp@parliament.uk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Argyll, Bute and South Lochaber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Brendan O'Hara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Scottish National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brendan.ohara.mp@parliament.uk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Arundel and South Downs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 Griffith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andrew.griffith.mp@parliament.uk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Ashfield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 Anderson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Reform UK</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lee.anderson.mp@parliament.uk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Ashford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Sojan Joseph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sojan.joseph.mp@parliament.uk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Ashton-under-Lyne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Angela Rayner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angela.rayner.mp@parliament.uk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Aylesbury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Laura Kyrke-Smith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laura.kyrkesmith.mp@parliament.uk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Ayr, Carrick and Cumnock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Elaine Stewart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elaine.stewart.mp@parliament.uk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Banbury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Sean Woodcock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sean.woodcock.mp@parliament.uk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Bangor Aberconwy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Claire Hughes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claire.hughes.mp@parliament.uk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Barking</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Nesil Caliskan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nesil.caliskan.mp@parliament.uk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Barnsley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 Jarvis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dan.jarvis.mp@parliament.uk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Barnsley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Stephanie Peacock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stephanie.peacock.mp@parliament.uk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Barrow and Furness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Michelle Scrogham</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michelle.scrogham.mp@parliament.uk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Basildon and Billericay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Richard Holden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richard.holden.mp@parliament.uk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Basingstoke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Luke Murphy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luke.murphy.mp@parliament.uk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Bassetlaw</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 White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jo.white.mp@parliament.uk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Wera Hobhouse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wera.hobhouse.mp@parliament.uk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Bathgate and Linlithgow</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Kirsteen Sullivan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kirsteen.sullivan.mp@parliament.uk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Battersea</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Marsha De Cordova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marsha.decordova.mp@parliament.uk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Beaconsfield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Joy Morrissey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joy.morrissey.mp@parliament.uk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Beckenham and Penge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Liam Conlon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liam.conlon.mp@parliament.uk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Bedford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Mohammad Yasin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mohammad.yasin.mp@parliament.uk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Belfast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Gavin Robinson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Democratic Unionist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gavin.robinson.mp@parliament.uk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Belfast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 Finucane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Sinn Féin</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john.finucane.mp@parliament.uk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Belfast South and Mid Down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Claire Hanna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Social Democratic &amp; Labour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claire.hanna.mp@parliament.uk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Belfast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 Maskey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Sinn Féin</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paul.maskey.mp@parliament.uk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Bermondsey and Old Southwark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Neil Coyle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neil.coyle.mp@parliament.uk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Berwickshire, Roxburgh and Selkirk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 Lamont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john.lamont.mp@parliament.uk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Bethnal Green and Stepney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Rushanara Ali</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rushanara.ali.mp@parliament.uk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Beverley and Holderness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Graham Stuart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grahamstuartmp@parliament.uk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Bexhill and Battle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Kieran Mullan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kieran.mullan.mp@parliament.uk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Bexleyheath and Crayford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Daniel Francis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daniel.francis.mp@parliament.uk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Bicester and Woodstock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Calum Miller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calum.miller.mp@parliament.uk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Birkenhead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Alison McGovern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alison.mcgovern.mp@parliament.uk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Birmingham Edgbaston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Preet Kaur Gill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preet.gill.mp@parliament.uk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Birmingham Erdington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Paulette Hamilton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paulette.hamilton.mp@parliament.uk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Birmingham Hall Green and Moseley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Tahir Ali</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tahir.ali.mp@parliament.uk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Birmingham Hodge Hill and Solihull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Liam Byrne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liam.byrne.mp@parliament.uk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Birmingham Ladywood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Shabana Mahmood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shabana.mahmood.mp@parliament.uk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Birmingham Northfield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Laurence Turner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laurence.turner.mp@parliament.uk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Birmingham Perry Barr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Ayoub Khan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ayoub.khan.mp@parliament.uk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Birmingham Selly Oak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 Carns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al.carns.mp@parliament.uk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Birmingham Yardley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Jess Phillips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jess.phillips.mp@parliament.uk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Bishop Auckland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Sam Rushworth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sam.rushworth.mp@parliament.uk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Blackburn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Adnan Hussain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adnan.hussain.mp@parliament.uk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Blackley and Middleton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Graham Stringer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graham.stringer.mp@parliament.uk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Blackpool North and Fleetwood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Lorraine Beavers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lorraine.beavers.mp@parliament.uk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Blackpool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Webb</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chris.webb.mp@parliament.uk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Blaenau Gwent and Rhymney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Nick Smith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nick.smith.mp@parliament.uk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Blaydon and Consett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Liz Twist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liz.twist.mp@parliament.uk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Blyth and Ashington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Ian Lavery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ian.lavery.mp@parliament.uk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Bognor Regis and Littlehampton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Alison Griffiths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alison.griffiths.mp@parliament.uk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Bolsover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Natalie Fleet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natalie.fleet.mp@parliament.uk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Bolton North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Kirith Entwistle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kirith.entwistle.mp@parliament.uk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Bolton South and Walkden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Yasmin Qureshi</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Email not listed in official bulk file</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Bolton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Phil Brickell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phil.brickell.mp@parliament.uk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Bootle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 Dowd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peter.dowd.mp@parliament.uk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Boston and Skegness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Richard Tice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Reform UK</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richard.tice.mp@parliament.uk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Bournemouth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Tom Hayes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tom.hayes.mp@parliament.uk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Bournemouth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Jessica Toale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jessica.toale.mp@parliament.uk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Bracknell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 Swallow</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peter.swallow.mp@parliament.uk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Bradford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Imran Hussain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imran.hussain.mp@parliament.uk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Bradford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Judith Cummins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judith.cummins.mp@parliament.uk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Bradford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Naz Shah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naz.shah.mp@parliament.uk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Braintree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James Cleverly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james.cleverly.mp@parliament.uk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Brecon, Radnor and Cwm Tawe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 Chadwick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david.chadwick.mp@parliament.uk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Brent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Dawn Butler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dawn.butler.mp@parliament.uk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Brent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Barry Gardiner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barry.gardiner.mp@parliament.uk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Brentford and Isleworth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Ruth Cadbury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ruthcadburymp@parliament.uk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Brentwood and Ongar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 Burghart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alex.burghart.mp@parliament.uk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Bridgend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Elmore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Chris.Elmore.mp@parliament.uk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Bridgwater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Ashley Fox</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ashley.fox.mp@parliament.uk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Bridlington and The Wolds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Charlie Dewhirst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charlie.dewhirst.mp@parliament.uk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Brigg and Immingham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Martin Vickers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martin.vickers.mp@parliament.uk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Brighton Kemptown and Peacehaven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Ward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chris.ward.mp@parliament.uk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Brighton Pavilion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Siân Berry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Green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sian.berry.mp@parliament.uk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Bristol Central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Carla Denyer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Green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carla.denyer.mp@parliament.uk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Bristol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Kerry McCarthy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kerry.mccarthy.mp@parliament.uk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Bristol North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Damien Egan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damien.egan.mp@parliament.uk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Bristol North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Darren Jones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darren.jones.mp@parliament.uk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Bristol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Karin Smyth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karin.smyth.mp@parliament.uk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Broadland and Fakenham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Jerome Mayhew</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jerome.mayhew.mp@parliament.uk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Bromley and Biggin Hill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 Fortune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peter.fortune.mp@parliament.uk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Bromsgrove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Bradley Thomas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bradley.thomas.mp@parliament.uk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Broxbourne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Lewis Cocking</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lewis.cocking.mp@parliament.uk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Broxtowe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Juliet Campbell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juliet.campbell.mp@parliament.uk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Buckingham and Bletchley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Callum Anderson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callum.anderson.mp@parliament.uk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Burnley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Oliver Ryan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oliver.ryan.mp@parliament.uk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Burton and Uttoxeter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Jacob Collier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jacob.collier.mp@parliament.uk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Bury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James Frith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james.frith.mp@parliament.uk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Bury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Christian Wakeford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christian.wakeford.mp@parliament.uk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Bury St Edmunds and Stowmarket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 Prinsley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peter.prinsley.mp@parliament.uk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Caerfyrddin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 Davies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Plaid Cymru</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ann.davies.mp@parliament.uk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Caerphilly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Evans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chris.evans.mp@parliament.uk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Caithness, Sutherland and Easter Ross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Jamie Stone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jamie.stone.mp@parliament.uk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Calder Valley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 Fenton-Glynn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josh.fentonglynn.mp@parliament.uk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Camborne and Redruth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Perran Moon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perran.moon.mp@parliament.uk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Cambridge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Daniel Zeichner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Email not listed in official bulk file</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Cannock Chase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 Newbury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josh.newbury.mp@parliament.uk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Canterbury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Rosie Duffield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rosie.duffield.mp@parliament.uk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Cardiff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 Stevens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jo.stevens.mp@parliament.uk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Cardiff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Anna McMorrin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anna.mcmorrin.mp@parliament.uk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Cardiff South and Penarth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Stephen Doughty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stephen.doughty.mp@parliament.uk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Cardiff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Alex Barros-Curtis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alex.barroscurtis.mp@parliament.uk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Carlisle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Ms Julie Minns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julie.minns.mp@parliament.uk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Carshalton and Wallington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Bobby Dean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bobby.dean.mp@parliament.uk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Castle Point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Rebecca Harris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rebecca.harris.mp@parliament.uk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Central Ayrshire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Alan Gemmell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alan.gemmell.mp@parliament.uk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Central Devon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Mel Stride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mel.stride.mp@parliament.uk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Central Suffolk and North Ipswich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Patrick Spencer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patrick.spencer.mp@parliament.uk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Ceredigion Preseli</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Ben Lake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Plaid Cymru</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ben.lake.mp@parliament.uk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Chatham and Aylesford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Tristan Osborne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tristan.osborne.mp@parliament.uk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Cheadle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Tom Morrison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tom.morrison.mp@parliament.uk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Chelmsford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Marie Goldman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marie.goldman.mp@parliament.uk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Chelsea and Fulham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Ben Coleman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ben.coleman.mp@parliament.uk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Cheltenham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Max Wilkinson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max.wilkinson.mp@parliament.uk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Chesham and Amersham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Green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sarah.green.mp@parliament.uk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Chester North and Neston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Samantha Dixon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Samantha.dixon.mp@parliament.uk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Chester South and Eddisbury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Aphra Brandreth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aphra.brandreth.mp@parliament.uk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Chesterfield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Toby Perkins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toby.perkins.mp@parliament.uk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Chichester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Jess Brown-Fuller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jess.brownfuller.mp@parliament.uk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Chingford and Woodford Green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Iain Duncan Smith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Iain.duncansmith.mp@parliament.uk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Chippenham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Gibson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sarah.gibson.mp@parliament.uk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Chipping Barnet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 Tomlinson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dan.tomlinson.mp@parliament.uk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Chorley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Lindsay Hoyle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Speaker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Lindsay.hoyle.mp@parliament.uk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Christchurch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Christopher Chope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chopec@parliament.uk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Cities of London and Westminster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Rachel Blake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rachel.blake.mp@parliament.uk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City of Durham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Mary Kelly Foy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mary.foy.mp@parliament.uk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Clacton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Nigel Farage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Reform UK</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nigel.farage.mp@parliament.uk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Clapham and Brixton Hill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Bell Ribeiro-Addy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bell.ribeiroaddy.mp@parliament.uk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Clwyd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Becky Gittins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becky.gittins.mp@parliament.uk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Clwyd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Gill German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gill.german.mp@parliament.uk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Coatbridge and Bellshill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Frank McNally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frank.mcnally.mp@parliament.uk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Colchester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Pam Cox</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pam.cox.mp@parliament.uk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Colne Valley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 Davies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paul.davies.mp@parliament.uk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Congleton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Russell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sarah.russell.mp@parliament.uk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Corby and East Northamptonshire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 Barron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lee.barron.mp@parliament.uk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Coventry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Mary Creagh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mary.creagh.mp@parliament.uk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Coventry North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Taiwo Owatemi</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taiwo.owatemi.mp@parliament.uk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Coventry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Zarah Sultana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Your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zarah.sultana.mp@parliament.uk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Cowdenbeath and Kirkcaldy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Melanie Ward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melanie.ward.mp@parliament.uk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Cramlington and Killingworth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Emma Foody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emma.foody.mp@parliament.uk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Crawley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 Lamb</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peter.lamb.mp@parliament.uk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Crewe and Nantwich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Connor Naismith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connor.naismith.mp@parliament.uk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Croydon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Natasha Irons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natasha.irons.mp@parliament.uk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Croydon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Philp</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chris.philp.mp@parliament.uk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Croydon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Jones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sarah.jones.mp@parliament.uk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Cumbernauld and Kirkintilloch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Katrina Murray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katrina.murray.mp@parliament.uk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Dagenham and Rainham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Margaret Mullane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margaret.mullane.mp@parliament.uk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Darlington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Lola McEvoy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lola.mcevoy.mp@parliament.uk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Dartford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Jim Dickson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jim.dickson.mp@parliament.uk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Daventry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Stuart Andrew</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stuart.andrew.mp@parliament.uk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Derby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Catherine Atkinson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catherine.atkinson.mp@parliament.uk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Derby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Baggy Shanker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baggy.shanker.mp@parliament.uk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Derbyshire Dales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 Whitby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john.whitby.mp@parliament.uk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Dewsbury and Batley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Iqbal Mohamed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iqbal.mohamed.mp@parliament.uk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Didcot and Wantage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Olly Glover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olly.glover.mp@parliament.uk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Doncaster Central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Sally Jameson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sally.jameson.mp@parliament.uk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Doncaster East and the Isle of Axholme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 Pitcher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lee.pitcher.mp@parliament.uk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Doncaster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 Miliband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ed.miliband.mp@parliament.uk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Dorking and Horley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Coghlan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chris.coghlan.mp@parliament.uk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Dover and Deal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Mike Tapp</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mike.tapp.mp@parliament.uk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Droitwich and Evesham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Nigel Huddleston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nigel.huddleston.mp@parliament.uk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Dudley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Sonia Kumar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sonia.kumar.mp@parliament.uk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Dulwich and West Norwood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Helen Hayes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helen.hayes.mp@parliament.uk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Dumfries and Galloway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 Cooper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john.cooper.mp@parliament.uk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Dumfriesshire, Clydesdale and Tweeddale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 Mundell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david.mundell.mp@parliament.uk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Dundee Central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Law</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Scottish National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chris.law.mp@parliament.uk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Dunfermline and Dollar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Graeme Downie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graeme.downie.mp@parliament.uk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Dunstable and Leighton Buzzard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 Mayer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alex.mayer.mp@parliament.uk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Dwyfor Meirionnydd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Liz Saville Roberts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Plaid Cymru</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liz.savilleroberts.mp@parliament.uk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Ealing Central and Acton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Rupa Huq</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rupa.huq.mp@parliament.uk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Ealing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 Murray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james.murray.mp@parliament.uk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Ealing Southall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Deirdre Costigan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deirdre.costigan.mp@parliament.uk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Earley and Woodley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Yuan Yang</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yuan.yang.mp@parliament.uk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Grahame Morris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grahame.morris.mp@parliament.uk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 Antrim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Sammy Wilson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Democratic Unionist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barronj@parliament.uk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 Grinstead and Uckfield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Mims Davies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mims.davies.mp@parliament.uk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 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Stephen Timms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timmss@parliament.uk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 Hampshire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Damian Hinds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damian.hinds.mp@parliament.uk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 Kilbride and Strathaven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Joani Reid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joani.reid.mp@parliament.uk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 Londonderry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Gregory Campbell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Democratic Unionist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aaron.callan@parliament.uk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 Renfrewshire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Blair McDougall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blair.mcdougall.mp@parliament.uk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 Surrey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Claire Coutinho</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claire.coutinho.mp@parliament.uk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 Thanet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Ms Polly Billington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polly.billington.mp@parliament.uk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 Wiltshire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Danny Kruger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Reform UK</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danny.kruger.mp@parliament.uk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 Worthing and Shoreham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Tom Rutland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tom.rutland.mp@parliament.uk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Eastbourne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 Babarinde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josh.babarinde.mp@parliament.uk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Eastleigh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Liz Jarvis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liz.jarvis.mp@parliament.uk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Edinburgh East and Musselburgh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Murray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chris.murray.mp@parliament.uk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Edinburgh North and Leith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Tracy Gilbert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tracy.gilbert.mp@parliament.uk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Edinburgh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Ian Murray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ian.murray.mp@parliament.uk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Edinburgh South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Scott Arthur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scott.arthur.mp@parliament.uk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Edinburgh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Christine Jardine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christine.jardine.mp@parliament.uk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Edmonton and Winchmore Hill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Kate Osamor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kate.osamor.mp@parliament.uk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Ellesmere Port and Bromborough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Justin Madders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justin.madders.mp@parliament.uk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Eltham and Chislehurst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Clive Efford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clive.efford.mp@parliament.uk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Ely and East Cambridgeshire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Charlotte Cane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charlotte.cane.mp@parliament.uk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Enfield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Feryal Clark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feryal.clark.mp@parliament.uk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Epping Forest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Neil Hudson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neil.hudson.mp@parliament.uk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Epsom and Ewell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Helen Maguire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helen.maguire.mp@parliament.uk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Erewash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Adam Thompson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adam.thompson.mp@parliament.uk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Erith and Thamesmead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Ms Abena Oppong-Asare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abena.oppongasare.mp@parliament.uk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Esher and Walton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Monica Harding</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monica.harding.mp@parliament.uk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Exeter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Steve Race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steve.race.mp@parliament.uk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Exmouth and Exeter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 Reed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david.reed.mp@parliament.uk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Falkirk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Euan Stainbank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euan.stainbank.mp@parliament.uk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Fareham and Waterlooville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Suella Braverman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Reform UK</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suella.braverman.mp@parliament.uk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Farnham and Bordon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Gregory Stafford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greg.stafford.mp@parliament.uk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Faversham and Mid Kent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Helen Whately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helen.whately.mp@parliament.uk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Feltham and Heston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Seema Malhotra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seema.malhotra.mp@parliament.uk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Fermanagh and South Tyrone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Pat Cullen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Sinn Féin</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pat.cullen.mp@parliament.uk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Filton and Bradley Stoke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Claire Hazelgrove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claire.hazelgrove.mp@parliament.uk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Finchley and Golders Green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Sackman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sarah.sackman.mp@parliament.uk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Folkestone and Hythe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Tony Vaughan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tony.vaughan.mp@parliament.uk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Forest of Dean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 Bishop</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matt.bishop.mp@parliament.uk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Foyle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Colum Eastwood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Social Democratic &amp; Labour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colum.eastwood.mp@parliament.uk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Frome and East Somerset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Anna Sabine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anna.sabine.mp@parliament.uk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Fylde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Andrew Snowden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andrew.snowden.mp@parliament.uk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Gainsborough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Edward Leigh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edward.leigh.mp@parliament.uk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Gateshead Central and Whickham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Mark Ferguson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mark.ferguson.mp@parliament.uk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Gedling</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Michael Payne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michael.payne.mp@parliament.uk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Gillingham and Rainham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Naushabah Khan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naushabah.khan.mp@parliament.uk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Glasgow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 Grady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john.grady.mp@parliament.uk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Glasgow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Martin Rhodes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martin.rhodes.mp@parliament.uk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Glasgow North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Maureen Burke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maureen.burke.mp@parliament.uk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Glasgow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Gordon McKee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gordon.mckee.mp@parliament.uk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Glasgow South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Zubir Ahmed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zubir.ahmed.mp@parliament.uk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Glasgow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Patricia Ferguson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patricia.ferguson.mp@parliament.uk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Glastonbury and Somerton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Dyke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sarah.dyke.mp@parliament.uk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Glenrothes and Mid Fife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Richard Baker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richard.baker.mp@parliament.uk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Gloucester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 McIntyre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alex.mcintyre.mp@parliament.uk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Godalming and Ash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Jeremy Hunt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huntj@parliament.uk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Goole and Pocklington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 Davis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david.davis.mp@parliament.uk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Gordon and Buchan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Harriet Cross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harriet.cross.mp@parliament.uk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Gorton and Denton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Hannah Spencer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Green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hannah.spencer.mp@parliament.uk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Gosport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Dame Caroline Dinenage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caroline.dinenage.mp@parliament.uk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Gower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Tonia Antoniazzi</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tonia.antoniazzi.mp@parliament.uk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Grantham and Bourne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Gareth Davies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gareth.davies.mp@parliament.uk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Gravesham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Lauren Sullivan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lauren.sullivan.mp@parliament.uk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Great Grimsby and Cleethorpes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Melanie Onn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melanie.onn.mp@parliament.uk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Great Yarmouth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Rupert Lowe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Restore Britain</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rupert.lowe.mp@parliament.uk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Greenwich and Woolwich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Matthew Pennycook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matthew.pennycook.mp@parliament.uk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Guildford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Zöe Franklin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zoe.franklin.mp@parliament.uk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Hackney North and Stoke Newington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Ms Diane Abbott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diane.abbott.office@parliament.uk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Hackney South and Shoreditch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Dame Meg Hillier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meghilliermp@parliament.uk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Halesowen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 Ballinger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alex.ballinger.mp@parliament.uk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Halifax</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Kate Dearden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kate.dearden.mp@parliament.uk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Hamble Valley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 Holmes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paul.holmes.mp@parliament.uk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Hamilton and Clyde Valley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Imogen Walker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imogen.walker.mp@parliament.uk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Hammersmith and Chiswick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Andy Slaughter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slaughtera@parliament.uk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Hampstead and Highgate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Tulip Siddiq</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tulip.siddiq.mp@parliament.uk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Harborough, Oadby and Wigston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Neil O'Brien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neil.obrien.mp@parliament.uk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Harlow</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Vince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chris.vince.mp@parliament.uk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Harpenden and Berkhamsted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Victoria Collins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victoria.collins.mp@parliament.uk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Harrogate and Knaresborough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Tom Gordon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tom.gordon.mp@parliament.uk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Harrow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Bob Blackman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bob.blackman.mp@parliament.uk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Harrow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Gareth Thomas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gareth.thomas.mp@parliament.uk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Hartlepool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Jonathan Brash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jonathan.brash.mp@parliament.uk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Harwich and North Essex</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Bernard Jenkin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bernard.jenkin.mp@parliament.uk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Hastings and Rye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Helena Dollimore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helena.dollimore.mp@parliament.uk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Havant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Alan Mak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alan.mak.mp@parliament.uk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Hayes and Harlington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 McDonnell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mcdonnellj@parliament.uk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Hazel Grove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Lisa Smart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lisa.smart.mp@parliament.uk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Hemel Hempstead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 Taylor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david.taylor.mp@parliament.uk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Hendon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 Pinto-Duschinsky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david.pintoduschinsky.mp@parliament.uk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Henley and Thame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Freddie van Mierlo</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freddie.vanmierlo.mp@parliament.uk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Hereford and South Herefordshire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Jesse Norman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jesse.norman.mp@parliament.uk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Herne Bay and Sandwich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Roger Gale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galerj@parliament.uk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Hertford and Stortford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 Dean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josh.dean.mp@parliament.uk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Hertsmere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Oliver Dowden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oliver.dowden.mp@parliament.uk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Hexham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Joe Morris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joe.morris.mp@parliament.uk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Heywood and Middleton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Mrs Elsie Blundell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elsie.blundell.mp@parliament.uk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High Peak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Jon Pearce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jon.pearce.mp@parliament.uk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Hinckley and Bosworth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Luke Evans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luke.evans.mp@parliament.uk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Hitchin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Alistair Strathern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alistair.strathern.mp@parliament.uk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Holborn and St Pancras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Keir Starmer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keir.starmer.mp@parliament.uk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Honiton and Sidmouth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Richard Foord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richard.foord.mp@parliament.uk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Hornchurch and Upminster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Julia Lopez</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julia.lopez.mp@parliament.uk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Hornsey and Friern Barnet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Catherine West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catherine.west.mp@parliament.uk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Horsham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 Milne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john.milne.mp@parliament.uk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Houghton and Sunderland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Bridget Phillipson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bridget.phillipson.mp@parliament.uk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Hove and Portslade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 Kyle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peter.kyle.mp@parliament.uk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Huddersfield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Harpreet Uppal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harpreet.uppal.mp@parliament.uk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Huntingdon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Ben Obese-Jecty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ben.obesejecty.mp@parliament.uk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Hyndburn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Smith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sarah.smith.mp@parliament.uk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Ilford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 Streeting</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wes.streeting.mp@parliament.uk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Ilford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Jas Athwal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jas.athwal.mp@parliament.uk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Inverclyde and Renfrewshire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Martin McCluskey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martin.mccluskey.mp@parliament.uk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Inverness, Skye and West Ross-shire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Angus MacDonald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angus.macdonald.mp@parliament.uk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Ipswich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Jack Abbott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jack.abbott.mp@parliament.uk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Isle of Wight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Joe Robertson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joe.robertson.mp@parliament.uk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Isle of Wight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Richard Quigley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richard.quigley.mp@parliament.uk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Islington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Jeremy Corbyn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jeremy.corbyn.mp@parliament.uk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Islington South and Finsbury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Emily Thornberry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thornberrye@parliament.uk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Jarrow and Gateshead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Kate Osborne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kate.osborne.mp@parliament.uk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Keighley and Ilkley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Robbie Moore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robbie.moore.mp@parliament.uk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Kenilworth and Southam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Jeremy Wright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Jeremy.wright.mp@parliament.uk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Kensington and Bayswater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Joe Powell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joe.powell.mp@parliament.uk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Kettering</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Rosie Wrighting</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rosie.wrighting.mp@parliament.uk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Kilmarnock and Loudoun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Lillian Jones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lillian.jones.mp@parliament.uk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Kingston and Surbiton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 Davey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edward.davey.mp@parliament.uk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Kingston upon Hull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Karl Turner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karl.turner.mp@parliament.uk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Kingston upon Hull North and Cottingham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Dame Diana Johnson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johnsond@parliament.uk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Kingston upon Hull West and Haltemprice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Emma Hardy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emma.hardy.mp@parliament.uk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Kingswinford and South Staffordshire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Mike Wood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mike.wood.mp@parliament.uk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Knowsley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Anneliese Midgley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anneliese.midgley.mp@parliament.uk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Lagan Valley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Sorcha Eastwood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Alliance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sorcha.eastwood.mp@parliament.uk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Lancaster and Wyre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 Smith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cat.smith.mp@parliament.uk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Leeds Central and Headingley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 Sobel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alex.sobel.mp@parliament.uk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Leeds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Richard Burgon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Email not listed in official bulk file</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Leeds North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Fabian Hamilton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fabian.hamilton.mp@parliament.uk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Leeds North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Katie White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katie.white.mp@parliament.uk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Leeds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Hilary Benn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bennh@parliament.uk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Leeds South West and Morley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Mark Sewards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mark.sewards.mp@parliament.uk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Leeds West and Pudsey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Rachel Reeves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rachel.reeves.mp@parliament.uk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Leicester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Shivani Raja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shivani.raja.mp@parliament.uk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Leicester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Shockat Adam</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shockat.adam.mp@parliament.uk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Leicester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Liz Kendall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liz.kendall.mp@parliament.uk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Leigh and Atherton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 Platt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jo.platt.mp@parliament.uk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Lewes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 MacCleary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james.maccleary.mp@parliament.uk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Lewisham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Janet Daby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janet.daby.mp@parliament.uk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Lewisham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Vicky Foxcroft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vicky.foxcroft.mp@parliament.uk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Lewisham West and East Dulwich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Ellie Reeves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ellie.reeves.mp@parliament.uk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Leyton and Wanstead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Calvin Bailey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calvin.bailey.mp@parliament.uk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Lichfield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Dave Robertson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dave.robertson.mp@parliament.uk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Lincoln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Hamish Falconer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hamish.falconer.mp@parliament.uk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Liverpool Garston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Maria Eagle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maria.eagle.mp@parliament.uk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Liverpool Riverside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Kim Johnson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kim.johnson.mp@parliament.uk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Liverpool Walton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 Carden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dan.carden.mp@parliament.uk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Liverpool Wavertree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Paula Barker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paula.barker.mp@parliament.uk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Liverpool West Derby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Ian Byrne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ian.byrne.mp@parliament.uk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Livingston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Gregor Poynton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gregor.poynton.mp@parliament.uk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Llanelli</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Dame Nia Griffith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nia.griffith.mp@parliament.uk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Lothian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Douglas Alexander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douglas.alexander.mp@parliament.uk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Loughborough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Jeevun Sandher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jeevun.sandher.mp@parliament.uk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Louth and Horncastle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Victoria Atkins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Email not listed in official bulk file</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Lowestoft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Jess Asato</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jess.asato.mp@parliament.uk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Luton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Owen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sarah.owen.mp@parliament.uk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Luton South and South Bedfordshire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Rachel Hopkins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rachel.hopkins.mp@parliament.uk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Macclesfield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Tim Roca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tim.roca.mp@parliament.uk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Maidenhead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Joshua Reynolds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joshua.reynolds.mp@parliament.uk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Maidstone and Malling</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Helen Grant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helen.grant.mp@parliament.uk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Makerfield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 Simons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josh.simons.mp@parliament.uk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Maldon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John Whittingdale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john.whittingdale.mp@parliament.uk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Manchester Central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Lucy Powell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Email not listed in official bulk file</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Manchester Rusholme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Afzal Khan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afzal.khan.mp@parliament.uk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Manchester Withington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Jeff Smith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jeff.smith.mp@parliament.uk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Mansfield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Steve Yemm</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steve.yemm.mp@parliament.uk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Melksham and Devizes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Brian Mathew</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brian.mathew.mp@parliament.uk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Melton and Syston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Edward Argar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edward.argar.mp@parliament.uk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Meriden and Solihull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Saqib Bhatti</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saqib.bhatti@parliament.uk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Merthyr Tydfil and Aberdare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Gerald Jones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gerald.jones.mp@parliament.uk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 and South Pembrokeshire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Henry Tufnell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henry.tufnell.mp@parliament.uk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 Bedfordshire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Blake Stephenson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blake.stephenson.mp@parliament.uk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 Buckinghamshire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Greg Smith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greg.smith.mp@parliament.uk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 Cheshire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 Cooper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andrew.cooper.mp@parliament.uk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 Derbyshire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Jonathan Davies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jonathan.davies.mp@parliament.uk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 Dorset and North Poole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Vikki Slade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vikki.slade.mp@parliament.uk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 Dunbartonshire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Susan Murray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susan.murray.mp@parliament.uk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 Leicestershire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Peter Bedford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peter.bedford.mp@parliament.uk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 Norfolk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George Freeman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george.freeman.mp@parliament.uk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 Sussex</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Alison Bennett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alison.bennett.mp@parliament.uk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 Ulster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Cathal Mallaghan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Sinn Féin</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cathal.mallaghan.mp@parliament.uk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Middlesbrough and Thornaby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Andy McDonald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andy.mcdonald.2nd@parliament.uk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Middlesbrough South and East Cleveland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Luke Myer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luke.myer.mp@parliament.uk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Midlothian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Kirsty McNeill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kirsty.mcneill.mp@parliament.uk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Milton Keynes Central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Emily Darlington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emily.darlington.mp@parliament.uk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Milton Keynes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Curtis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chris.curtis.mp@parliament.uk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Mitcham and Morden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Dame Siobhain McDonagh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mcdonaghs@parliament.uk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Monmouthshire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Catherine Fookes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catherine.fookes.mp@parliament.uk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Montgomeryshire and Glyndŵr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Steve Witherden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steve.witherden.mp@parliament.uk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Moray West, Nairn and Strathspey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Graham Leadbitter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Scottish National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graham.leadbitter.mp@parliament.uk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Morecambe and Lunesdale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Lizzi Collinge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lizzi.collinge.mp@parliament.uk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Motherwell, Wishaw and Carluke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Pamela Nash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pamela.nash.mp@parliament.uk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 h-Eileanan an Iar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Torcuil Crichton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torcuil.crichton.mp@parliament.uk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Neath and Swansea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Carolyn Harris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carolyn.harris.mp@parliament.uk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 Forest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Julian Lewis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Email not listed in official bulk file</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 Forest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Desmond Swayne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swayned@parliament.uk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Newark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Robert Jenrick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Reform UK</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robert.jenrick.mp@parliament.uk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Newbury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Lee Dillon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lee.dillon.mp@parliament.uk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Newcastle upon Tyne Central and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Dame Chi Onwurah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chi.onwurah.mp@parliament.uk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Newcastle upon Tyne East and Wallsend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Mary Glindon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mary.glindon.mp@parliament.uk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Newcastle upon Tyne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Catherine McKinnell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catherine.mckinnell.mp@parliament.uk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Newcastle-under-Lyme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Adam Jogee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adam.jogee.mp@parliament.uk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Newport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Jessica Morden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mordenj@parliament.uk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Newport West and Islwyn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Ruth Jones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ruth.jones.mp@parliament.uk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Newry and Armagh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Dáire Hughes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Sinn Féin</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daire.hughes.mp@parliament.uk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Newton Abbot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Martin Wrigley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martin.wrigley.mp@parliament.uk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Newton Aycliffe and Spennymoor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Alan Strickland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alan.strickland.mp@parliament.uk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Normanton and Hemsworth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Jon Trickett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trickettj@parliament.uk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Antrim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Jim Allister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Traditional Unionist Voice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jim.allister.mp@parliament.uk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Ayrshire and Arran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Irene Campbell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irene.campbell.mp@parliament.uk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Bedfordshire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Richard Fuller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richard.fuller.mp@parliament.uk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Cornwall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Ben Maguire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ben.maguire.mp@parliament.uk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Cotswolds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Geoffrey Clifton-Brown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cliftonbrowng@parliament.uk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Devon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Ian Roome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ian.roome.mp@parliament.uk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Dorset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Simon Hoare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simon.hoare.mp@parliament.uk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Down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 Easton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alex.easton.mp@parliament.uk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Durham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Luke Akehurst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luke.akehurst.mp@parliament.uk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East Cambridgeshire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Steve Barclay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Email not listed in official bulk file</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East Derbyshire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Louise Sandher-Jones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louise.sandherjones.mp@parliament.uk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East Fife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Wendy Chamberlain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wendy.chamberlain.mp@parliament.uk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East Hampshire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 Brewer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alex.brewer.mp@parliament.uk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East Hertfordshire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Hinchliff</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chris.hinchliff.mp@parliament.uk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East Somerset and Hanham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 Norris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dan.norris.mp@parliament.uk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Herefordshire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Ellie Chowns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Green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ellie.chowns.mp@parliament.uk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Norfolk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Steff Aquarone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steff.aquarone.mp@parliament.uk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Northumberland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 Smith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david.smith.mp@parliament.uk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Shropshire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Helen Morgan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helen.morgan.mp@parliament.uk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Somerset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Sadik Al-Hassan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sadik.alhassan.mp@parliament.uk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Warwickshire and Bedworth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Rachel Taylor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rachel.taylor.mp@parliament.uk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West Cambridgeshire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Sam Carling</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sam.carling.mp@parliament.uk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West Essex</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Mrs Kemi Badenoch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kemi.badenoch.mp@parliament.uk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West Hampshire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Kit Malthouse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kit.malthouse.mp@parliament.uk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West Leicestershire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Amanda Hack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amanda.hack.mp@parliament.uk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 West Norfolk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 Wild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james.wild.mp@parliament.uk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Northampton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Lucy Rigby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lucy.rigby.mp@parliament.uk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Northampton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Mike Reader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mike.reader.mp@parliament.uk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Norwich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Alice Macdonald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alice.macdonald.mp@parliament.uk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Norwich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Clive Lewis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clive.lewis.mp@parliament.uk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Nottingham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Nadia Whittome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nadia.whittome.mp@parliament.uk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Nottingham North and Kimberley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 Norris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alex.norris.mp@parliament.uk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Nottingham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Lilian Greenwood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lilian.greenwood.mp@parliament.uk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Nuneaton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Jodie Gosling</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jodie.gosling.mp@parliament.uk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Old Bexley and Sidcup</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Louie French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louie.french.mp@parliament.uk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Oldham East and Saddleworth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Debbie Abrahams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abrahamsd@parliament.uk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Oldham West, Chadderton and Royton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Jim McMahon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jim.mcmahon.mp@parliament.uk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Orkney and Shetland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Alistair Carmichael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carmichaela@parliament.uk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Orpington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Gareth Bacon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gareth.bacon.mp@parliament.uk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Ossett and Denby Dale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Jade Botterill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jade.botterill.mp@parliament.uk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Oxford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Anneliese Dodds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anneliese.dodds.mp@parliament.uk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Oxford West and Abingdon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Layla Moran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layla.moran.mp@parliament.uk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Paisley and Renfrewshire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Alison Taylor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alison.taylor.mp@parliament.uk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Paisley and Renfrewshire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Johanna Baxter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johanna.baxter.mp@parliament.uk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Peckham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Miatta Fahnbulleh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miatta.fahnbulleh.mp@parliament.uk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Pendle and Clitheroe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Jonathan Hinder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jonathan.hinder.mp@parliament.uk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Penistone and Stocksbridge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Marie Tidball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marie.tidball.mp@parliament.uk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Penrith and Solway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Markus Campbell-Savours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markus.campbellsavours.mp@parliament.uk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Perth and Kinross-shire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 Wishart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Scottish National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pete.wishart.mp@parliament.uk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Peterborough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 Pakes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andrew.pakes.mp@parliament.uk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Plymouth Moor View</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Fred Thomas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fred.thomas.mp@parliament.uk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Plymouth Sutton and Devonport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Luke Pollard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luke.pollard.mp@parliament.uk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Pontefract, Castleford and Knottingley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Yvette Cooper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coopery@parliament.uk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Pontypridd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 Davies-Jones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alex.daviesjones.mp@parliament.uk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Poole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Neil Duncan-Jordan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neil.duncanjordan.mp@parliament.uk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Poplar and Limehouse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Apsana Begum</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apsana.begum.mp@parliament.uk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Portsmouth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Amanda Martin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amanda.martin.mp@parliament.uk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Portsmouth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Stephen Morgan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stephen.morgan.mp@parliament.uk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Preston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Mark Hendrick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Email not listed in official bulk file</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Putney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Fleur Anderson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fleur.anderson.mp@parliament.uk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Queen's Park and Maida Vale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Georgia Gould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georgia.gould.mp@parliament.uk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Rawmarsh and Conisbrough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 Healey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john.healey.mp@parliament.uk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Rayleigh and Wickford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Mark Francois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mark.francois.mp@parliament.uk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Reading Central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 Rodda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matt.rodda.mp@parliament.uk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Reading West and Mid Berkshire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Olivia Bailey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olivia.bailey.mp@parliament.uk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Redcar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Anna Turley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anna.turley.mp@parliament.uk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Redditch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Bloore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chris.bloore.mp@parliament.uk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Reigate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Rebecca Paul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rebecca.paul.mp@parliament.uk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Rhondda and Ogmore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Bryant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chris.bryant.mp@parliament.uk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Ribble Valley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Maya Ellis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maya.ellis.mp@parliament.uk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Richmond and Northallerton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Rishi Sunak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rishi.sunak.mp@parliament.uk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Richmond Park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Olney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sarah.olney.mp@parliament.uk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Rochdale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 Waugh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paul.waugh.mp@parliament.uk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Rochester and Strood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Lauren Edwards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lauren.edwards.mp@parliament.uk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Romford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 Rosindell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Reform UK</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andrew.rosindell.mp@parliament.uk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Romsey and Southampton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Caroline Nokes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caroline.nokes.mp@parliament.uk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Rossendale and Darwen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Andy MacNae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andy.macnae.mp@parliament.uk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Rother Valley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Jake Richards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jake.richards.mp@parliament.uk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Rotherham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Champion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sarah.champion.mp@parliament.uk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Rugby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 Slinger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john.slinger.mp@parliament.uk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Ruislip, Northwood and Pinner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 Simmonds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david.simmonds.mp@parliament.uk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Runcorn and Helsby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Pochin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Reform UK</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sarah.pochin.mp@parliament.uk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Runnymede and Weybridge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Ben Spencer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ben.spencer.mp@parliament.uk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Rushcliffe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 Naish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james.naish.mp@parliament.uk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Rutherglen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Michael Shanks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michael.shanks.mp@parliament.uk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Rutland and Stamford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Alicia Kearns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alicia.kearns.mp@parliament.uk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Salford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Rebecca Long Bailey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rebecca.longbailey.mp@parliament.uk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Salisbury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 Glen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john.glen.mp@parliament.uk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Scarborough and Whitby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Alison Hume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alison.hume.mp@parliament.uk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Scunthorpe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Nicholas Dakin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nic.dakin.mp@parliament.uk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Sefton Central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Bill Esterson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bill.esterson.mp@parliament.uk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Selby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Keir Mather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keir.mather.mp@parliament.uk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Sevenoaks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Laura Trott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laura.trott.mp@parliament.uk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Sheffield Brightside and Hillsborough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Gill Furniss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gill.furniss.mp@parliament.uk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Sheffield Central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Abtisam Mohamed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abtisam.mohamed.mp@parliament.uk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Sheffield Hallam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Olivia Blake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olivia.blake.mp@parliament.uk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Sheffield Heeley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Louise Haigh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louise.haigh.mp@parliament.uk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Sheffield South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Clive Betts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officeofclivebettsmp@parliament.uk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Sherwood Forest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Michelle Welsh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michelle.welsh.mp@parliament.uk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Shipley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Anna Dixon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anna.dixon.mp@parliament.uk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Shrewsbury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Julia Buckley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julia.buckley.mp@parliament.uk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Sittingbourne and Sheppey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Kevin McKenna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kevin.mckenna.mp@parliament.uk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Skipton and Ripon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Julian Smith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julian.smith.mp@parliament.uk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Sleaford and North Hykeham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Caroline Johnson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caroline.johnson.mp@parliament.uk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Slough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Tanmanjeet Singh Dhesi</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tan.dhesi.mp@parliament.uk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Smethwick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Gurinder Singh Josan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gurinder.josan.mp@parliament.uk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Solihull West and Shirley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Neil Shastri-Hurst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neil.shastrihurst.mp@parliament.uk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Antrim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Robin Swann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Ulster Unionist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robin.swann.mp@parliament.uk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Basildon and East Thurrock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 McMurdock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Independent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james.mcmurdock.mp@parliament.uk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Cambridgeshire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Pippa Heylings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pippa.heylings.mp@parliament.uk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Cotswolds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Roz Savage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roz.savage.mp@parliament.uk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Derbyshire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Samantha Niblett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samantha.niblett.mp@parliament.uk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Devon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Caroline Voaden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caroline.voaden.mp@parliament.uk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Dorset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Lloyd Hatton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lloyd.hatton.mp@parliament.uk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Down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Hazzard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Sinn Féin</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chris.hazzard.mp@parliament.uk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East Cornwall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Anna Gelderd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anna.gelderd.mp@parliament.uk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Holland and The Deepings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John Hayes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hayesj@parliament.uk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Leicestershire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Alberto Costa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alberto.costa.mp@parliament.uk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Norfolk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Ben Goldsborough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ben.goldsborough.mp@parliament.uk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Northamptonshire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Bool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sarah.bool.mp@parliament.uk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Ribble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Paul Foster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paul.foster.mp@parliament.uk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Shields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Emma Lewell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emma.lewell.mp@parliament.uk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Shropshire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Stuart Anderson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stuart.anderson.mp@parliament.uk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Suffolk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 Cartlidge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james.cartlidge.mp@parliament.uk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West Devon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Rebecca Smith</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rebecca.smith.mp@parliament.uk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West Hertfordshire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Gagan Mohindra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gagan.mohindra.mp@parliament.uk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West Norfolk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Terry Jermy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terry.jermy.mp@parliament.uk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 West Wiltshire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Andrew Murrison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murrisona@parliament.uk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Southampton Itchen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Darren Paffey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darren.paffey.mp@parliament.uk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Southampton Test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Satvir Kaur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satvir.kaur.mp@parliament.uk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Southend East and Rochford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Bayo Alaba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Email not listed in official bulk file</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Southend West and Leigh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 Burton-Sampson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david.burtonsampson.mp@parliament.uk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Southgate and Wood Green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Bambos Charalambous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bambos.charalambous.mp@parliament.uk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Southport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Patrick Hurley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patrick.hurley.mp@parliament.uk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Spelthorne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Lincoln Jopp</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lincoln.jopp.mp@parliament.uk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Spen Valley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Kim Leadbeater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kim.leadbeater.mp@parliament.uk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 Albans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Daisy Cooper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daisy.cooper.mp@parliament.uk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 Austell and Newquay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Noah Law</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noah.law.mp@parliament.uk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 Helens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 Baines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david.baines.mp@parliament.uk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 Helens South and Whiston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Ms Marie Rimmer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marie.rimmer.mp@parliament.uk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 Ives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 George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andrew.george.mp@parliament.uk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 Neots and Mid Cambridgeshire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Ian Sollom</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ian.sollom.mp@parliament.uk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Stafford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Leigh Ingham</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leigh.ingham.mp@parliament.uk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Staffordshire Moorlands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Dame Karen Bradley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karen.bradley.mp@parliament.uk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Stalybridge and Hyde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Jonathan Reynolds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jonathan.reynolds.mp@parliament.uk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Stevenage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Kevin Bonavia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kevin.bonavia.mp@parliament.uk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Stirling and Strathallan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Kane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chris.kane.mp@parliament.uk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Stockport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Navendu Mishra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navendu.mishra.mp@parliament.uk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Stockton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 McDonald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chris.mcdonald.mp@parliament.uk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Stockton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 Vickers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matt.vickers.mp@parliament.uk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Stoke-on-Trent Central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Gareth Snell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gareth.snell.mp@parliament.uk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Stoke-on-Trent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 Williams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david.williams.mp@parliament.uk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Stoke-on-Trent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Allison Gardner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allison.gardner.mp@parliament.uk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Stone, Great Wyrley and Penkridge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Gavin Williamson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gavin.williamson.mp@parliament.uk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Stourbridge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 Eccles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cat.eccles.mp@parliament.uk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Strangford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Jim Shannon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Democratic Unionist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jim.shannon.mp@parliament.uk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Stratford and Bow</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Uma Kumaran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uma.kumaran.mp@parliament.uk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Stratford-on-Avon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Manuela Perteghella</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manuela.perteghella.mp@parliament.uk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Streatham and Croydon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Steve Reed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steve.reed.mp@parliament.uk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Stretford and Urmston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 Western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andrew.western.mp@parliament.uk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Stroud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Simon Opher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simon.opher.mp@parliament.uk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Suffolk Coastal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Jenny Riddell-Carpenter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jenny.riddellcarpenter.mp@parliament.uk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Sunderland Central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Lewis Atkinson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lewis.atkinson.mp@parliament.uk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Surrey Heath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Al Pinkerton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al.pinkerton.mp@parliament.uk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Sussex Weald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Ms Nusrat Ghani</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nusrat.ghani.mp@parliament.uk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Sutton and Cheam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Luke Taylor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luke.taylor.mp@parliament.uk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Sutton Coldfield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Andrew Mitchell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andrew.mitchell.mp@parliament.uk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Swansea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Torsten Bell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torsten.bell.mp@parliament.uk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Swindon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Will Stone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will.stone.mp@parliament.uk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Swindon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Heidi Alexander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heidi.alexander.mp@parliament.uk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Tamworth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Edwards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sarah.edwards.mp@parliament.uk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Tatton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Esther McVey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esther.mcvey.mp@parliament.uk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Taunton and Wellington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Gideon Amos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gideon.amos.mp@parliament.uk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Telford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Shaun Davies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shaun.davies.mp@parliament.uk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Tewkesbury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Cameron Thomas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cameron.thomas.mp@parliament.uk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The Wrekin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Mark Pritchard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mark.pritchard.mp@parliament.uk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Thirsk and Malton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Kevin Hollinrake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kevin.hollinrake.mp@parliament.uk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Thornbury and Yate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Claire Young</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claire.young.mp@parliament.uk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Thurrock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Jen Craft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jen.craft.mp@parliament.uk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Tipton and Wednesbury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Antonia Bance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antonia.bance.mp@parliament.uk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Tiverton and Minehead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Rachel Gilmour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rachel.gilmour.mp@parliament.uk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Tonbridge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Tom Tugendhat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tom.tugendhat.mp@parliament.uk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Tooting</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Rosena Allin-Khan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rosena.allinkhan.mp@parliament.uk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Torbay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Steve Darling</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steve.darling.mp@parliament.uk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Torfaen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Nick Thomas-Symonds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nick.thomassymonds.mp@parliament.uk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Torridge and Tavistock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Geoffrey Cox</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coxg@parliament.uk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Tottenham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David Lammy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david.lammy.mp@parliament.uk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Truro and Falmouth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Jayne Kirkham</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jayne.kirkham.mp@parliament.uk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Tunbridge Wells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Mike Martin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mike.martin.mp@parliament.uk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Twickenham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Munira Wilson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munira.wilson.mp@parliament.uk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Tynemouth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Alan Campbell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alan.campbell.mp@parliament.uk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Upper Bann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Carla Lockhart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Democratic Unionist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carla.lockhart.mp@parliament.uk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Uxbridge and South Ruislip</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Danny Beales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danny.beales.mp@parliament.uk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Vale of Glamorgan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Kanishka Narayan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kanishka.narayan.mp@parliament.uk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Vauxhall and Camberwell Green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Florence Eshalomi</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florence.eshalomi.mp@parliament.uk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Wakefield and Rothwell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Simon Lightwood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simon.lightwood.mp@parliament.uk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Wallasey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Dame Angela Eagle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eaglea@parliament.uk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Walsall and Bloxwich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Valerie Vaz</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valerie.vaz.mp@parliament.uk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Walthamstow</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Ms Stella Creasy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stella.creasy.mp@parliament.uk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Warrington North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Charlotte Nichols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charlotte.nichols.mp@parliament.uk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Warrington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Hall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sarah.hall.mp@parliament.uk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Warwick and Leamington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 Western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matt.western.mp@parliament.uk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Washington and Gateshead South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Mrs Sharon Hodgson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sharon.hodgson.mp@parliament.uk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Watford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 Turmaine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matt.turmaine.mp@parliament.uk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Waveney Valley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Adrian Ramsay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Green Party</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adrian.ramsay.mp@parliament.uk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Weald of Kent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Katie Lam</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katie.lam.mp@parliament.uk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Wellingborough and Rushden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Gen Kitchen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gen.kitchen.mp@parliament.uk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Wells and Mendip Hills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Tessa Munt</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tessa.munt.mp@parliament.uk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Welwyn Hatfield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 Lewin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andrew.lewin.mp@parliament.uk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West Aberdeenshire and Kincardine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 Bowie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andrew.bowie.mp@parliament.uk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West Bromwich</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 Coombes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sarah.coombes.mp@parliament.uk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West Dorset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Edward Morello</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edward.morello.mp@parliament.uk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West Dunbartonshire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Douglas McAllister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douglas.mcallister.mp@parliament.uk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West Ham and Beckton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 Asser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james.asser.mp@parliament.uk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West Lancashire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Ashley Dalton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ashley.dalton.mp@parliament.uk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West Suffolk</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Nick Timothy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nick.timothy.mp@parliament.uk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West Tyrone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Órfhlaith Begley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Sinn Féin</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Email not listed in official bulk file</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West Worcestershire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Dame Harriett Baldwin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harriett.baldwin.mp@parliament.uk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Westmorland and Lonsdale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Tim Farron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tim.farron.mp@parliament.uk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Weston-super-Mare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 Aldridge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daniel.aldridge.mp@parliament.uk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Wetherby and Easingwold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Sir Alec Shelbrooke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alec.shelbrooke.mp@parliament.uk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Whitehaven and Workington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 MacAlister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josh.macalister.mp@parliament.uk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Widnes and Halewood</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Derek Twigg</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derek.twigg.mp@parliament.uk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Wigan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Lisa Nandy</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lisa.nandy.mp@parliament.uk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Wimbledon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Paul Kohler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paul.kohler.mp@parliament.uk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Winchester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Danny Chambers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danny.chambers.mp@parliament.uk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Windsor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Jack Rankin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jack.rankin.mp@parliament.uk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Wirral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Matthew Patrick</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matthew.patrick.mp@parliament.uk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Witham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Priti Patel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withammp@parliament.uk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Witney</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Charlie Maynard</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charlie.maynard.mp@parliament.uk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Woking</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Will Forster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will.forster.mp@parliament.uk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Wokingham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Clive Jones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clive.jones.mp@parliament.uk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Wolverhampton North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Sureena Brackenridge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sureena.brackenridge.mp@parliament.uk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Wolverhampton South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Pat McFadden</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mcfaddenp@parliament.uk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Wolverhampton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Warinder Juss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warinder.juss.mp@parliament.uk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Worcester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Tom Collins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tom.collins.mp@parliament.uk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Worsley and Eccles</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Michael Wheeler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michael.wheeler.mp@parliament.uk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Worthing West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Dr Beccy Cooper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beccy.cooper.mp@parliament.uk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Wrexham</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 Ranger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andrew.ranger.mp@parliament.uk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Wycombe</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Emma Reynolds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emma.reynolds.mp@parliament.uk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Wyre Forest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Mark Garnier</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Conservative</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mark.garnier.mp@parliament.uk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Wythenshawe and Sale East</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Mike Kane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mike.kane.mp@parliament.uk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Yeovil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Adam Dance</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Liberal Democrat</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adam.dance.mp@parliament.uk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Ynys Môn</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Llinos Medi</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Plaid Cymru</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llinos.medi.mp@parliament.uk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York Central</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Rachael Maskell</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rachael.maskell.mp@parliament.uk</w:t>
            </w:r>
          </w:p>
        </w:tc>
      </w:tr>
      <w:tr>
        <w:tc>
          <w:tcPr>
            <w:tcW w:type="dxa" w:w="4104"/>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York Outer</w:t>
            </w:r>
          </w:p>
        </w:tc>
        <w:tc>
          <w:tcPr>
            <w:tcW w:type="dxa" w:w="3240"/>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Mr Luke Charters</w:t>
            </w:r>
          </w:p>
        </w:tc>
        <w:tc>
          <w:tcPr>
            <w:tcW w:type="dxa" w:w="2232"/>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Labour</w:t>
            </w:r>
          </w:p>
        </w:tc>
        <w:tc>
          <w:tcPr>
            <w:tcW w:type="dxa" w:w="4968"/>
            <w:tcBorders>
              <w:top w:val="single" w:sz="3" w:space="0" w:color="B7B7B7"/>
              <w:left w:val="single" w:sz="3" w:space="0" w:color="B7B7B7"/>
              <w:bottom w:val="single" w:sz="3" w:space="0" w:color="B7B7B7"/>
              <w:right w:val="single" w:sz="3" w:space="0" w:color="B7B7B7"/>
              <w:insideH w:val="single" w:sz="3" w:space="0" w:color="B7B7B7"/>
              <w:insideV w:val="single" w:sz="3" w:space="0" w:color="B7B7B7"/>
            </w:tcBorders>
            <w:vAlign w:val="center"/>
          </w:tcPr>
          <w:p>
            <w:pPr>
              <w:spacing w:after="0" w:before="0" w:line="240" w:lineRule="auto"/>
            </w:pPr>
            <w:r>
              <w:rPr>
                <w:rFonts w:ascii="Arial" w:hAnsi="Arial"/>
                <w:sz w:val="13"/>
              </w:rPr>
              <w:t>luke.charters.mp@parliament.uk</w:t>
            </w:r>
          </w:p>
        </w:tc>
      </w:tr>
    </w:tbl>
    <w:sectPr w:rsidR="00FC693F" w:rsidRPr="0006063C" w:rsidSect="00034616">
      <w:pgSz w:w="15840" w:h="12240" w:orient="landscape"/>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rFonts w:ascii="Arial" w:hAnsi="Arial"/>
        <w:sz w:val="16"/>
      </w:rPr>
      <w:t>Look Up Look Out | Free to use | Free to share | Free forever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4"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 to your MP - letter and MP contact directory</dc:title>
  <dc:subject>Template constituent letter and MP directory about conductive high-reach poles and overhead power-line safety</dc:subject>
  <dc:creator>Look Up Look Out National Safety Campaign</dc:creator>
  <cp:keywords/>
  <dc:description>Prepared for public campaign use. MP directory based on official UK Parliament bulk contact file available 25 June 2026. Strengthened standard, marketplace and campaign wording added.</dc:description>
  <cp:lastModifiedBy/>
  <cp:revision>1</cp:revision>
  <dcterms:created xsi:type="dcterms:W3CDTF">2013-12-23T23:15:00Z</dcterms:created>
  <dcterms:modified xsi:type="dcterms:W3CDTF">2013-12-23T23:15:00Z</dcterms:modified>
  <cp:category/>
</cp:coreProperties>
</file>